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57" w:lineRule="auto"/>
      </w:pPr>
      <w:r>
        <w:rPr>
          <w:rFonts w:ascii="Calibri" w:hAnsi="Calibri"/>
          <w:b/>
          <w:i w:val="0"/>
          <w:color w:val="E86B1E"/>
          <w:sz w:val="16"/>
        </w:rPr>
        <w:t>DRIVER ONBOARDING  •  TAX DOCUMENT REQUEST</w:t>
      </w:r>
    </w:p>
    <w:p>
      <w:pPr>
        <w:spacing w:after="0" w:before="0" w:line="240" w:lineRule="auto"/>
      </w:pPr>
      <w:r>
        <w:rPr>
          <w:rFonts w:ascii="Calibri" w:hAnsi="Calibri"/>
          <w:b/>
          <w:color w:val="0F2A44"/>
          <w:sz w:val="52"/>
        </w:rPr>
        <w:t>SwyftBite</w:t>
      </w:r>
      <w:r>
        <w:rPr>
          <w:rFonts w:ascii="Calibri" w:hAnsi="Calibri"/>
          <w:b w:val="0"/>
          <w:color w:val="4A4A4A"/>
          <w:sz w:val="26"/>
        </w:rPr>
        <w:t xml:space="preserve">  —  Driver W-9 Request</w:t>
      </w:r>
    </w:p>
    <w:p>
      <w:pPr>
        <w:spacing w:after="120" w:before="0" w:line="257" w:lineRule="auto"/>
      </w:pPr>
      <w:r>
        <w:rPr>
          <w:rFonts w:ascii="Calibri" w:hAnsi="Calibri"/>
          <w:b w:val="0"/>
          <w:i/>
          <w:color w:val="4A4A4A"/>
          <w:sz w:val="21"/>
        </w:rPr>
        <w:t>Please complete the enclosed IRS Form W-9 so we can set up your first payout.</w:t>
      </w:r>
    </w:p>
    <w:p>
      <w:pPr>
        <w:spacing w:after="160" w:before="0"/>
        <w:pBdr>
          <w:bottom w:val="single" w:sz="12" w:space="1" w:color="E86B1E"/>
        </w:pBdr>
      </w:pPr>
    </w:p>
    <w:p>
      <w:pPr>
        <w:spacing w:after="80" w:before="0" w:line="257" w:lineRule="auto"/>
      </w:pPr>
      <w:r>
        <w:rPr>
          <w:rFonts w:ascii="Calibri" w:hAnsi="Calibri"/>
          <w:b/>
          <w:i w:val="0"/>
          <w:color w:val="0F2A44"/>
          <w:sz w:val="21"/>
        </w:rPr>
        <w:t>Welcome aboard — we're glad you're driving with SwyftBite.</w:t>
      </w:r>
    </w:p>
    <w:p>
      <w:pPr>
        <w:spacing w:after="100" w:before="0" w:line="245" w:lineRule="auto"/>
      </w:pPr>
      <w:r>
        <w:rPr>
          <w:rFonts w:ascii="Calibri" w:hAnsi="Calibri"/>
          <w:b w:val="0"/>
          <w:i w:val="0"/>
          <w:sz w:val="21"/>
        </w:rPr>
        <w:t xml:space="preserve">This short note covers the one tax form we need from every driver before the first payout: IRS Form W-9. </w:t>
      </w:r>
      <w:r>
        <w:rPr>
          <w:rFonts w:ascii="Calibri" w:hAnsi="Calibri"/>
          <w:b w:val="0"/>
          <w:i w:val="0"/>
          <w:sz w:val="21"/>
        </w:rPr>
        <w:t>It takes about five minutes, and once it's on file you're all set — no need to send it again unless your name, address, or tax ID changes.</w:t>
      </w:r>
    </w:p>
    <w:tbl>
      <w:tblPr>
        <w:tblW w:type="auto" w:w="0"/>
        <w:jc w:val="center"/>
        <w:tblLayout w:type="autofit"/>
        <w:tblLook w:firstColumn="1" w:firstRow="1" w:lastColumn="0" w:lastRow="0" w:noHBand="0" w:noVBand="1" w:val="04A0"/>
      </w:tblPr>
      <w:tblGrid>
        <w:gridCol w:w="10224"/>
      </w:tblGrid>
      <w:tr>
        <w:tc>
          <w:tcPr>
            <w:tcW w:type="dxa" w:w="10224"/>
            <w:shd w:fill="FFF4EC"/>
            <w:tcBorders>
              <w:top w:val="single" w:sz="6" w:space="0" w:color="E86B1E"/>
              <w:left w:val="single" w:sz="6" w:space="0" w:color="E86B1E"/>
              <w:bottom w:val="single" w:sz="6" w:space="0" w:color="E86B1E"/>
              <w:right w:val="single" w:sz="6" w:space="0" w:color="E86B1E"/>
            </w:tcBorders>
            <w:vAlign w:val="center"/>
          </w:tcPr>
          <w:p>
            <w:pPr>
              <w:spacing w:after="40" w:before="80"/>
              <w:ind w:left="173" w:right="173"/>
            </w:pPr>
            <w:r>
              <w:rPr>
                <w:rFonts w:ascii="Calibri" w:hAnsi="Calibri"/>
                <w:b/>
                <w:color w:val="0F2A44"/>
                <w:sz w:val="21"/>
              </w:rPr>
              <w:t>Why we need it — you're an independent contractor</w:t>
            </w:r>
          </w:p>
          <w:p>
            <w:pPr>
              <w:spacing w:after="40" w:line="245" w:lineRule="auto"/>
              <w:ind w:left="173" w:right="173"/>
            </w:pPr>
            <w:r>
              <w:rPr>
                <w:rFonts w:ascii="Calibri" w:hAnsi="Calibri"/>
                <w:sz w:val="21"/>
              </w:rPr>
              <w:t xml:space="preserve">As a SwyftBite driver, you work as an </w:t>
            </w:r>
            <w:r>
              <w:rPr>
                <w:rFonts w:ascii="Calibri" w:hAnsi="Calibri"/>
                <w:b/>
                <w:sz w:val="21"/>
              </w:rPr>
              <w:t>independent contractor, not an employee</w:t>
            </w:r>
            <w:r>
              <w:rPr>
                <w:rFonts w:ascii="Calibri" w:hAnsi="Calibri"/>
                <w:sz w:val="21"/>
              </w:rPr>
              <w:t xml:space="preserve">. That means we don't withhold taxes from your pay the way an employer would — and the IRS requires us to report what we pay you. At year-end, we report your reportable earnings to the IRS and send you a </w:t>
            </w:r>
            <w:r>
              <w:rPr>
                <w:rFonts w:ascii="Calibri" w:hAnsi="Calibri"/>
                <w:b/>
                <w:sz w:val="21"/>
              </w:rPr>
              <w:t>Form 1099-NEC</w:t>
            </w:r>
            <w:r>
              <w:rPr>
                <w:rFonts w:ascii="Calibri" w:hAnsi="Calibri"/>
                <w:sz w:val="21"/>
              </w:rPr>
              <w:t xml:space="preserve"> showing those earnings, which you'll use when you file your own taxes.</w:t>
            </w:r>
          </w:p>
          <w:p>
            <w:pPr>
              <w:spacing w:after="80" w:line="245" w:lineRule="auto"/>
              <w:ind w:left="173" w:right="173"/>
            </w:pPr>
            <w:r>
              <w:rPr>
                <w:rFonts w:ascii="Calibri" w:hAnsi="Calibri"/>
                <w:sz w:val="21"/>
              </w:rPr>
              <w:t xml:space="preserve">To file that 1099-NEC correctly, we need your legal name and tax ID exactly as the IRS has them — that's what Form W-9 gives us. </w:t>
            </w:r>
            <w:r>
              <w:rPr>
                <w:rFonts w:ascii="Calibri" w:hAnsi="Calibri"/>
                <w:b/>
                <w:sz w:val="21"/>
              </w:rPr>
              <w:t>We can't release your first payout until a completed W-9 is on file</w:t>
            </w:r>
            <w:r>
              <w:rPr>
                <w:rFonts w:ascii="Calibri" w:hAnsi="Calibri"/>
                <w:sz w:val="21"/>
              </w:rPr>
              <w:t>, so please send it in with the rest of your packet right away.</w:t>
            </w:r>
          </w:p>
        </w:tc>
      </w:tr>
    </w:tbl>
    <w:p>
      <w:pPr>
        <w:spacing w:after="40" w:before="0" w:line="257" w:lineRule="auto"/>
      </w:pPr>
    </w:p>
    <w:p>
      <w:pPr>
        <w:pStyle w:val="Heading1"/>
      </w:pPr>
      <w:r>
        <w:rPr>
          <w:rFonts w:ascii="Calibri" w:hAnsi="Calibri"/>
          <w:color w:val="0F2A44"/>
          <w:sz w:val="22"/>
        </w:rPr>
        <w:t>What makes a W-9 complete — quick checklist</w:t>
      </w:r>
    </w:p>
    <w:p>
      <w:pPr>
        <w:spacing w:after="80" w:before="0" w:line="257" w:lineRule="auto"/>
      </w:pPr>
      <w:r>
        <w:rPr>
          <w:rFonts w:ascii="Calibri" w:hAnsi="Calibri"/>
          <w:b w:val="0"/>
          <w:i/>
          <w:color w:val="4A4A4A"/>
          <w:sz w:val="20"/>
        </w:rPr>
        <w:t>Before you send it, check each box. An incomplete or unsigned form is the most common reason a first payout gets delayed.</w:t>
      </w:r>
    </w:p>
    <w:p>
      <w:pPr>
        <w:pStyle w:val="ListBullet"/>
        <w:spacing w:after="40" w:before="0" w:line="245" w:lineRule="auto"/>
        <w:ind w:left="432" w:hanging="216"/>
      </w:pPr>
      <w:r>
        <w:rPr>
          <w:rFonts w:ascii="Calibri" w:hAnsi="Calibri"/>
          <w:b/>
          <w:color w:val="E86B1E"/>
          <w:sz w:val="21"/>
        </w:rPr>
        <w:t xml:space="preserve">☐  </w:t>
      </w:r>
      <w:r>
        <w:rPr>
          <w:rFonts w:ascii="Calibri" w:hAnsi="Calibri"/>
          <w:b/>
          <w:color w:val="2B2B2B"/>
          <w:sz w:val="21"/>
        </w:rPr>
        <w:t xml:space="preserve">Legal name — </w:t>
      </w:r>
      <w:r>
        <w:rPr>
          <w:rFonts w:ascii="Calibri" w:hAnsi="Calibri"/>
          <w:color w:val="2B2B2B"/>
          <w:sz w:val="21"/>
        </w:rPr>
        <w:t>your full legal name exactly as it appears on your tax return. If you drive under a business name or LLC, follow the IRS instructions on the form for which name goes on Line 1.</w:t>
      </w:r>
    </w:p>
    <w:p>
      <w:pPr>
        <w:pStyle w:val="ListBullet"/>
        <w:spacing w:after="40" w:before="0" w:line="245" w:lineRule="auto"/>
        <w:ind w:left="432" w:hanging="216"/>
      </w:pPr>
      <w:r>
        <w:rPr>
          <w:rFonts w:ascii="Calibri" w:hAnsi="Calibri"/>
          <w:b/>
          <w:color w:val="E86B1E"/>
          <w:sz w:val="21"/>
        </w:rPr>
        <w:t xml:space="preserve">☐  </w:t>
      </w:r>
      <w:r>
        <w:rPr>
          <w:rFonts w:ascii="Calibri" w:hAnsi="Calibri"/>
          <w:b/>
          <w:color w:val="2B2B2B"/>
          <w:sz w:val="21"/>
        </w:rPr>
        <w:t xml:space="preserve">Address — </w:t>
      </w:r>
      <w:r>
        <w:rPr>
          <w:rFonts w:ascii="Calibri" w:hAnsi="Calibri"/>
          <w:color w:val="2B2B2B"/>
          <w:sz w:val="21"/>
        </w:rPr>
        <w:t>your current mailing address (street, city, state, and ZIP) where tax documents like your 1099-NEC should go.</w:t>
      </w:r>
    </w:p>
    <w:p>
      <w:pPr>
        <w:pStyle w:val="ListBullet"/>
        <w:spacing w:after="40" w:before="0" w:line="245" w:lineRule="auto"/>
        <w:ind w:left="432" w:hanging="216"/>
      </w:pPr>
      <w:r>
        <w:rPr>
          <w:rFonts w:ascii="Calibri" w:hAnsi="Calibri"/>
          <w:b/>
          <w:color w:val="E86B1E"/>
          <w:sz w:val="21"/>
        </w:rPr>
        <w:t xml:space="preserve">☐  </w:t>
      </w:r>
      <w:r>
        <w:rPr>
          <w:rFonts w:ascii="Calibri" w:hAnsi="Calibri"/>
          <w:b/>
          <w:color w:val="2B2B2B"/>
          <w:sz w:val="21"/>
        </w:rPr>
        <w:t xml:space="preserve">SSN or EIN — </w:t>
      </w:r>
      <w:r>
        <w:rPr>
          <w:rFonts w:ascii="Calibri" w:hAnsi="Calibri"/>
          <w:color w:val="2B2B2B"/>
          <w:sz w:val="21"/>
        </w:rPr>
        <w:t>your Social Security Number (SSN) or Employer Identification Number (EIN) in Part I. Most individual drivers use their SSN. Double-check every digit.</w:t>
      </w:r>
    </w:p>
    <w:p>
      <w:pPr>
        <w:pStyle w:val="ListBullet"/>
        <w:spacing w:after="40" w:before="0" w:line="245" w:lineRule="auto"/>
        <w:ind w:left="432" w:hanging="216"/>
      </w:pPr>
      <w:r>
        <w:rPr>
          <w:rFonts w:ascii="Calibri" w:hAnsi="Calibri"/>
          <w:b/>
          <w:color w:val="E86B1E"/>
          <w:sz w:val="21"/>
        </w:rPr>
        <w:t xml:space="preserve">☐  </w:t>
      </w:r>
      <w:r>
        <w:rPr>
          <w:rFonts w:ascii="Calibri" w:hAnsi="Calibri"/>
          <w:b/>
          <w:color w:val="2B2B2B"/>
          <w:sz w:val="21"/>
        </w:rPr>
        <w:t xml:space="preserve">Signature — </w:t>
      </w:r>
      <w:r>
        <w:rPr>
          <w:rFonts w:ascii="Calibri" w:hAnsi="Calibri"/>
          <w:color w:val="2B2B2B"/>
          <w:sz w:val="21"/>
        </w:rPr>
        <w:t>sign the certification in Part II. An unsigned W-9 can't be accepted.</w:t>
      </w:r>
    </w:p>
    <w:p>
      <w:pPr>
        <w:pStyle w:val="ListBullet"/>
        <w:spacing w:after="40" w:before="0" w:line="245" w:lineRule="auto"/>
        <w:ind w:left="432" w:hanging="216"/>
      </w:pPr>
      <w:r>
        <w:rPr>
          <w:rFonts w:ascii="Calibri" w:hAnsi="Calibri"/>
          <w:b/>
          <w:color w:val="E86B1E"/>
          <w:sz w:val="21"/>
        </w:rPr>
        <w:t xml:space="preserve">☐  </w:t>
      </w:r>
      <w:r>
        <w:rPr>
          <w:rFonts w:ascii="Calibri" w:hAnsi="Calibri"/>
          <w:b/>
          <w:color w:val="2B2B2B"/>
          <w:sz w:val="21"/>
        </w:rPr>
        <w:t xml:space="preserve">Date — </w:t>
      </w:r>
      <w:r>
        <w:rPr>
          <w:rFonts w:ascii="Calibri" w:hAnsi="Calibri"/>
          <w:color w:val="2B2B2B"/>
          <w:sz w:val="21"/>
        </w:rPr>
        <w:t>date it next to your signature with the date you signed.</w:t>
      </w:r>
    </w:p>
    <w:p>
      <w:pPr>
        <w:spacing w:after="40" w:before="60" w:line="245" w:lineRule="auto"/>
      </w:pPr>
      <w:r>
        <w:rPr>
          <w:rFonts w:ascii="Calibri" w:hAnsi="Calibri"/>
          <w:b/>
          <w:i w:val="0"/>
          <w:color w:val="0F2A44"/>
          <w:sz w:val="20"/>
        </w:rPr>
        <w:t xml:space="preserve">Tip: </w:t>
      </w:r>
      <w:r>
        <w:rPr>
          <w:rFonts w:ascii="Calibri" w:hAnsi="Calibri"/>
          <w:b w:val="0"/>
          <w:i w:val="0"/>
          <w:color w:val="4A4A4A"/>
          <w:sz w:val="20"/>
        </w:rPr>
        <w:t>Keep a copy or a clear photo of your completed W-9 for your own records before you send it.</w:t>
      </w:r>
    </w:p>
    <w:p>
      <w:pPr>
        <w:pStyle w:val="Heading1"/>
      </w:pPr>
      <w:r>
        <w:rPr>
          <w:rFonts w:ascii="Calibri" w:hAnsi="Calibri"/>
          <w:color w:val="0F2A44"/>
          <w:sz w:val="22"/>
        </w:rPr>
        <w:t>How to return it</w:t>
      </w:r>
    </w:p>
    <w:p>
      <w:pPr>
        <w:spacing w:after="80" w:before="0" w:line="245" w:lineRule="auto"/>
      </w:pPr>
      <w:r>
        <w:rPr>
          <w:rFonts w:ascii="Calibri" w:hAnsi="Calibri"/>
          <w:b w:val="0"/>
          <w:i w:val="0"/>
          <w:sz w:val="21"/>
        </w:rPr>
        <w:t xml:space="preserve">Please complete the enclosed Form W-9 and return it </w:t>
      </w:r>
      <w:r>
        <w:rPr>
          <w:rFonts w:ascii="Calibri" w:hAnsi="Calibri"/>
          <w:b/>
          <w:i w:val="0"/>
          <w:sz w:val="21"/>
        </w:rPr>
        <w:t>with the rest of your signed onboarding packet</w:t>
      </w:r>
      <w:r>
        <w:rPr>
          <w:rFonts w:ascii="Calibri" w:hAnsi="Calibri"/>
          <w:b w:val="0"/>
          <w:i w:val="0"/>
          <w:sz w:val="21"/>
        </w:rPr>
        <w:t xml:space="preserve"> to </w:t>
      </w:r>
      <w:r>
        <w:rPr>
          <w:rFonts w:ascii="Calibri" w:hAnsi="Calibri"/>
          <w:b/>
          <w:i w:val="0"/>
          <w:color w:val="C03900"/>
          <w:sz w:val="21"/>
        </w:rPr>
        <w:t>celia@swyftbite.com</w:t>
      </w:r>
      <w:r>
        <w:rPr>
          <w:rFonts w:ascii="Calibri" w:hAnsi="Calibri"/>
          <w:b w:val="0"/>
          <w:i w:val="0"/>
          <w:sz w:val="21"/>
        </w:rPr>
        <w:t xml:space="preserve"> — a signed PDF or a clear, full-page photo or scan is fine. Put your name and “Driver W-9” in the subject line (for example: “Driver W-9 — [Your Name]”) so we can match it to your driver account the same day.</w:t>
      </w:r>
    </w:p>
    <w:p>
      <w:pPr>
        <w:spacing w:after="80" w:before="0" w:line="257" w:lineRule="auto"/>
      </w:pPr>
      <w:r>
        <w:rPr>
          <w:rFonts w:ascii="Calibri" w:hAnsi="Calibri"/>
          <w:b w:val="0"/>
          <w:i w:val="0"/>
          <w:color w:val="4A4A4A"/>
          <w:sz w:val="19"/>
        </w:rPr>
        <w:t>We keep your W-9 as a confidential tax record, use it only for payout setup and required tax reporting, and don't sell tax information. If you're unsure which name or number to use, check with your tax advisor rather than guessing — we have to report exactly what you certify on the form, and SwyftBite can't give tax advice.</w:t>
      </w:r>
    </w:p>
    <w:p>
      <w:pPr>
        <w:spacing w:after="120" w:before="0" w:line="245" w:lineRule="auto"/>
      </w:pPr>
      <w:r>
        <w:rPr>
          <w:rFonts w:ascii="Calibri" w:hAnsi="Calibri"/>
          <w:b/>
          <w:i w:val="0"/>
          <w:color w:val="0F2A44"/>
          <w:sz w:val="21"/>
        </w:rPr>
        <w:t xml:space="preserve">Questions? </w:t>
      </w:r>
      <w:r>
        <w:rPr>
          <w:rFonts w:ascii="Calibri" w:hAnsi="Calibri"/>
          <w:b w:val="0"/>
          <w:i w:val="0"/>
          <w:sz w:val="21"/>
        </w:rPr>
        <w:t>Just reach out — we're happy to help you get this last piece of paperwork done so your first payout isn't held up.</w:t>
      </w:r>
    </w:p>
    <w:p>
      <w:pPr>
        <w:spacing w:after="100" w:before="0" w:line="257" w:lineRule="auto"/>
      </w:pPr>
      <w:r>
        <w:rPr>
          <w:rFonts w:ascii="Calibri" w:hAnsi="Calibri"/>
          <w:b w:val="0"/>
          <w:i/>
          <w:color w:val="4A4A4A"/>
          <w:sz w:val="21"/>
        </w:rPr>
        <w:t>Thank you for getting this in promptly — and welcome to SwyftBite.</w:t>
      </w:r>
    </w:p>
    <w:p>
      <w:pPr>
        <w:spacing w:after="80" w:before="0"/>
        <w:pBdr>
          <w:top w:val="single" w:sz="6" w:space="4" w:color="E86B1E"/>
        </w:pBdr>
      </w:pPr>
    </w:p>
    <w:p>
      <w:pPr>
        <w:spacing w:after="20" w:before="0"/>
        <w:jc w:val="center"/>
      </w:pPr>
      <w:r>
        <w:rPr>
          <w:rFonts w:ascii="Calibri" w:hAnsi="Calibri"/>
          <w:b/>
          <w:color w:val="0F2A44"/>
          <w:sz w:val="19"/>
        </w:rPr>
        <w:t>SwyftBite  •  celia@swyftbite.com  •  972-464-6300  •  swyftbite.com</w:t>
      </w:r>
    </w:p>
    <w:p>
      <w:pPr>
        <w:spacing w:after="0" w:before="0"/>
        <w:jc w:val="center"/>
      </w:pPr>
      <w:r>
        <w:rPr>
          <w:rFonts w:ascii="Calibri" w:hAnsi="Calibri"/>
          <w:i/>
          <w:color w:val="5A5A5A"/>
          <w:sz w:val="15"/>
        </w:rPr>
        <w:t>Celia Bartram, Founder / Owner  •  McKinney – Allen – Frisco  •  This note accompanies, but does not replace, the official IRS Form W-9 — please complete the IRS form itself.</w:t>
      </w:r>
    </w:p>
    <w:sectPr w:rsidR="00FC693F" w:rsidRPr="0006063C" w:rsidSect="00034616">
      <w:pgSz w:w="12240" w:h="15840"/>
      <w:pgMar w:top="576" w:right="1008" w:bottom="432"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45" w:lineRule="auto"/>
    </w:pPr>
    <w:rPr>
      <w:rFonts w:ascii="Calibri" w:hAnsi="Calibri"/>
      <w:color w:val="2B2B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40"/>
      <w:outlineLvl w:val="0"/>
    </w:pPr>
    <w:rPr>
      <w:rFonts w:asciiTheme="majorHAnsi" w:eastAsiaTheme="majorEastAsia" w:hAnsiTheme="majorHAnsi" w:cstheme="majorBidi" w:ascii="Calibri" w:hAnsi="Calibri"/>
      <w:b/>
      <w:bCs/>
      <w:color w:val="0F2A44"/>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2A4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F2A4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SwyftBite Driver W-9 Request Cover Note</dc:title>
  <dc:subject>W-9 request for SwyftBite drivers — independent contractors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