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10224"/>
      </w:tblGrid>
      <w:tr>
        <w:tc>
          <w:tcPr>
            <w:tcW w:type="dxa" w:w="10224"/>
            <w:shd w:fill="0F2A44"/>
            <w:tcBorders>
              <w:top w:val="nil" w:sz="4" w:space="0" w:color="CBD5E0"/>
              <w:left w:val="nil" w:sz="4" w:space="0" w:color="CBD5E0"/>
              <w:bottom w:val="nil" w:sz="4" w:space="0" w:color="CBD5E0"/>
              <w:right w:val="nil" w:sz="4" w:space="0" w:color="CBD5E0"/>
              <w:insideH w:val="nil" w:sz="4" w:space="0" w:color="CBD5E0"/>
              <w:insideV w:val="nil" w:sz="4" w:space="0" w:color="CBD5E0"/>
            </w:tcBorders>
            <w:vAlign w:val="center"/>
          </w:tcPr>
          <w:p>
            <w:pPr>
              <w:spacing w:before="160" w:after="20"/>
              <w:ind w:left="216"/>
              <w:jc w:val="left"/>
            </w:pPr>
            <w:r>
              <w:rPr>
                <w:rFonts w:ascii="Calibri" w:hAnsi="Calibri"/>
                <w:b/>
                <w:color w:val="FFFFFF"/>
                <w:sz w:val="44"/>
              </w:rPr>
              <w:t>SwyftBite</w:t>
            </w:r>
          </w:p>
          <w:p>
            <w:pPr>
              <w:spacing w:after="160" w:before="0"/>
              <w:ind w:left="216"/>
            </w:pPr>
            <w:r>
              <w:rPr>
                <w:rFonts w:ascii="Calibri" w:hAnsi="Calibri"/>
                <w:b/>
                <w:color w:val="F69A44"/>
                <w:sz w:val="19"/>
              </w:rPr>
              <w:t>Driver Background Check  •  Disclosure and Authorization</w:t>
            </w:r>
          </w:p>
        </w:tc>
      </w:tr>
    </w:tbl>
    <w:p>
      <w:pPr>
        <w:spacing w:before="120" w:after="40"/>
        <w:jc w:val="center"/>
      </w:pPr>
      <w:r>
        <w:rPr>
          <w:i/>
          <w:color w:val="4A5568"/>
          <w:sz w:val="17"/>
        </w:rPr>
        <w:t>Please read this document carefully. It contains the disclosure required by the Fair Credit Reporting Act (FCRA) and your written authorization for a background check.</w:t>
      </w:r>
    </w:p>
    <w:p>
      <w:pPr>
        <w:keepNext/>
        <w:spacing w:before="200" w:after="60"/>
        <w:pBdr>
          <w:bottom w:val="single" w:sz="6" w:space="4" w:color="E85D04"/>
        </w:pBdr>
      </w:pPr>
      <w:r>
        <w:rPr>
          <w:rFonts w:ascii="Calibri" w:hAnsi="Calibri"/>
          <w:b/>
          <w:color w:val="0F2A44"/>
          <w:sz w:val="20"/>
        </w:rPr>
        <w:t>1  —  DISCLOSURE</w:t>
      </w:r>
    </w:p>
    <w:p>
      <w:pPr>
        <w:spacing w:after="80"/>
      </w:pPr>
      <w:r>
        <w:t>SwyftBite — Celia Bartram, sole proprietor doing business as SwyftBite — may obtain information about you for driver onboarding purposes from a consumer reporting agency. That information will be provided in a consumer report and/or an investigative consumer report.</w:t>
      </w:r>
    </w:p>
    <w:p>
      <w:pPr>
        <w:spacing w:after="80"/>
      </w:pPr>
      <w:r>
        <w:t>The report may include information about your criminal history, driving and motor vehicle records, and identity verification, as well as other information bearing on your character, general reputation, personal characteristics, and mode of living. An investigative consumer report may involve personal interviews with neighbors, friends, associates, acquaintances, or other persons who have knowledge concerning those subjects, to the extent permitted by law.</w:t>
      </w:r>
    </w:p>
    <w:p>
      <w:pPr>
        <w:spacing w:after="80"/>
      </w:pPr>
      <w:r>
        <w:t>Reports may be obtained before you begin driving with SwyftBite and may also be obtained during your relationship with SwyftBite, including periodic re-checks, where permitted by law. You have the right to request disclosure of the nature and scope of any investigative consumer report, as provided under the FCRA.</w:t>
      </w:r>
    </w:p>
    <w:p>
      <w:pPr>
        <w:keepNext/>
        <w:spacing w:before="200" w:after="60"/>
        <w:pBdr>
          <w:bottom w:val="single" w:sz="6" w:space="4" w:color="E85D04"/>
        </w:pBdr>
      </w:pPr>
      <w:r>
        <w:rPr>
          <w:rFonts w:ascii="Calibri" w:hAnsi="Calibri"/>
          <w:b/>
          <w:color w:val="0F2A44"/>
          <w:sz w:val="20"/>
        </w:rPr>
        <w:t>2  —  AUTHORIZATION</w:t>
      </w:r>
    </w:p>
    <w:p>
      <w:pPr>
        <w:spacing w:after="80"/>
      </w:pPr>
      <w:r>
        <w:t>By signing below, you authorize SwyftBite to obtain consumer reports and/or investigative consumer reports about you, as described above, for driver onboarding purposes and during your relationship with SwyftBite, including periodic re-checks.</w:t>
      </w:r>
    </w:p>
    <w:p>
      <w:pPr>
        <w:spacing w:after="80"/>
      </w:pPr>
      <w:r>
        <w:t>You also authorize any person, business, agency, school, court, department of motor vehicles, or other entity contacted by SwyftBite or its consumer reporting agency to furnish the information requested in connection with those reports.</w:t>
      </w:r>
    </w:p>
    <w:p>
      <w:pPr>
        <w:spacing w:after="80"/>
      </w:pPr>
      <w:r>
        <w:t>You acknowledge that you have received this disclosure and a summary of your rights under the Fair Credit Reporting Act. A copy of this authorization, including an electronic or photocopied copy, is as valid as the original.</w:t>
      </w:r>
    </w:p>
    <w:p>
      <w:pPr>
        <w:keepNext/>
        <w:spacing w:before="200" w:after="60"/>
        <w:pBdr>
          <w:bottom w:val="single" w:sz="6" w:space="4" w:color="E85D04"/>
        </w:pBdr>
      </w:pPr>
      <w:r>
        <w:rPr>
          <w:rFonts w:ascii="Calibri" w:hAnsi="Calibri"/>
          <w:b/>
          <w:color w:val="0F2A44"/>
          <w:sz w:val="20"/>
        </w:rPr>
        <w:t>STATE-LAW NOTICE</w:t>
      </w:r>
    </w:p>
    <w:tbl>
      <w:tblPr>
        <w:tblW w:type="auto" w:w="0"/>
        <w:jc w:val="center"/>
        <w:tblLook w:firstColumn="1" w:firstRow="1" w:lastColumn="0" w:lastRow="0" w:noHBand="0" w:noVBand="1" w:val="04A0"/>
      </w:tblPr>
      <w:tblGrid>
        <w:gridCol w:w="10224"/>
      </w:tblGrid>
      <w:tr>
        <w:tc>
          <w:tcPr>
            <w:tcW w:type="dxa" w:w="10224"/>
            <w:shd w:fill="F1F3F5"/>
          </w:tcPr>
          <w:p>
            <w:pPr>
              <w:spacing w:before="80" w:after="80"/>
              <w:ind w:left="144" w:right="144"/>
            </w:pPr>
            <w:r>
              <w:rPr>
                <w:color w:val="4A5568"/>
                <w:sz w:val="18"/>
              </w:rPr>
              <w:t>If your state of residence requires additional or state-specific disclosures, notices, or authorization language, SwyftBite will provide those to you separately as required by that state's law.</w:t>
            </w:r>
          </w:p>
        </w:tc>
      </w:tr>
    </w:tbl>
    <w:p>
      <w:pPr>
        <w:keepNext/>
        <w:spacing w:before="200" w:after="60"/>
        <w:pBdr>
          <w:bottom w:val="single" w:sz="6" w:space="4" w:color="E85D04"/>
        </w:pBdr>
      </w:pPr>
      <w:r>
        <w:rPr>
          <w:rFonts w:ascii="Calibri" w:hAnsi="Calibri"/>
          <w:b/>
          <w:color w:val="0F2A44"/>
          <w:sz w:val="20"/>
        </w:rPr>
        <w:t>3  —  IDENTIFYING INFORMATION</w:t>
      </w:r>
    </w:p>
    <w:p>
      <w:pPr>
        <w:spacing w:after="100"/>
      </w:pPr>
      <w:r>
        <w:rPr>
          <w:i/>
          <w:color w:val="4A5568"/>
          <w:sz w:val="17"/>
        </w:rPr>
        <w:t>Please print clearly. This information is used only to identify you accurately for the background check. If you need more space for previous addresses, attach a separate sheet.</w:t>
      </w: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Full legal name</w:t>
            </w:r>
          </w:p>
        </w:tc>
        <w:tc>
          <w:tcPr>
            <w:tcW w:type="dxa" w:w="5112"/>
            <w:tcBorders>
              <w:bottom w:val="single" w:sz="4" w:space="0" w:color="CBD5E0"/>
            </w:tcBorders>
          </w:tcPr>
          <w:p>
            <w:pPr>
              <w:spacing w:before="60" w:after="60"/>
            </w:pPr>
            <w:r>
              <w:rPr>
                <w:i/>
                <w:color w:val="4A5568"/>
                <w:sz w:val="16"/>
              </w:rPr>
              <w:t>First  /  Middle  /  Last</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Other names used</w:t>
            </w:r>
          </w:p>
        </w:tc>
        <w:tc>
          <w:tcPr>
            <w:tcW w:type="dxa" w:w="5112"/>
            <w:tcBorders>
              <w:bottom w:val="single" w:sz="4" w:space="0" w:color="CBD5E0"/>
            </w:tcBorders>
          </w:tcPr>
          <w:p>
            <w:pPr>
              <w:spacing w:before="60" w:after="60"/>
            </w:pPr>
            <w:r>
              <w:rPr>
                <w:i/>
                <w:color w:val="4A5568"/>
                <w:sz w:val="16"/>
              </w:rPr>
              <w:t>Maiden name and any previous or other names used</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Date of birth</w:t>
            </w:r>
          </w:p>
        </w:tc>
        <w:tc>
          <w:tcPr>
            <w:tcW w:type="dxa" w:w="5112"/>
            <w:tcBorders>
              <w:bottom w:val="single" w:sz="4" w:space="0" w:color="CBD5E0"/>
            </w:tcBorders>
          </w:tcPr>
          <w:p>
            <w:pPr>
              <w:spacing w:before="60" w:after="60"/>
            </w:pPr>
            <w:r>
              <w:rPr>
                <w:i/>
                <w:color w:val="4A5568"/>
                <w:sz w:val="16"/>
              </w:rPr>
              <w:t>Month  /  Day  /  Year</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Social Security number</w:t>
            </w:r>
          </w:p>
        </w:tc>
        <w:tc>
          <w:tcPr>
            <w:tcW w:type="dxa" w:w="5112"/>
            <w:tcBorders>
              <w:bottom w:val="single" w:sz="4" w:space="0" w:color="CBD5E0"/>
            </w:tcBorders>
          </w:tcPr>
          <w:p>
            <w:pPr>
              <w:spacing w:before="60" w:after="60"/>
            </w:pP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Driver's license</w:t>
            </w:r>
          </w:p>
        </w:tc>
        <w:tc>
          <w:tcPr>
            <w:tcW w:type="dxa" w:w="5112"/>
            <w:tcBorders>
              <w:bottom w:val="single" w:sz="4" w:space="0" w:color="CBD5E0"/>
            </w:tcBorders>
          </w:tcPr>
          <w:p>
            <w:pPr>
              <w:spacing w:before="60" w:after="60"/>
            </w:pPr>
            <w:r>
              <w:rPr>
                <w:i/>
                <w:color w:val="4A5568"/>
                <w:sz w:val="16"/>
              </w:rPr>
              <w:t>License number  •  Issuing state</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Current address</w:t>
            </w:r>
          </w:p>
        </w:tc>
        <w:tc>
          <w:tcPr>
            <w:tcW w:type="dxa" w:w="5112"/>
            <w:tcBorders>
              <w:bottom w:val="single" w:sz="4" w:space="0" w:color="CBD5E0"/>
            </w:tcBorders>
          </w:tcPr>
          <w:p>
            <w:pPr>
              <w:spacing w:before="60" w:after="60"/>
            </w:pPr>
            <w:r>
              <w:rPr>
                <w:i/>
                <w:color w:val="4A5568"/>
                <w:sz w:val="16"/>
              </w:rPr>
              <w:t>Street  •  City  •  State  •  ZIP  •  Dates at this address</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Previous address 1</w:t>
            </w:r>
          </w:p>
        </w:tc>
        <w:tc>
          <w:tcPr>
            <w:tcW w:type="dxa" w:w="5112"/>
            <w:tcBorders>
              <w:bottom w:val="single" w:sz="4" w:space="0" w:color="CBD5E0"/>
            </w:tcBorders>
          </w:tcPr>
          <w:p>
            <w:pPr>
              <w:spacing w:before="60" w:after="60"/>
            </w:pPr>
            <w:r>
              <w:rPr>
                <w:i/>
                <w:color w:val="4A5568"/>
                <w:sz w:val="16"/>
              </w:rPr>
              <w:t>Street  •  City  •  State  •  ZIP  •  Dates — last 7 years</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Previous address 2</w:t>
            </w:r>
          </w:p>
        </w:tc>
        <w:tc>
          <w:tcPr>
            <w:tcW w:type="dxa" w:w="5112"/>
            <w:tcBorders>
              <w:bottom w:val="single" w:sz="4" w:space="0" w:color="CBD5E0"/>
            </w:tcBorders>
          </w:tcPr>
          <w:p>
            <w:pPr>
              <w:spacing w:before="60" w:after="60"/>
            </w:pPr>
            <w:r>
              <w:rPr>
                <w:i/>
                <w:color w:val="4A5568"/>
                <w:sz w:val="16"/>
              </w:rPr>
              <w:t>Street  •  City  •  State  •  ZIP  •  Dates — last 7 years</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Previous address 3</w:t>
            </w:r>
          </w:p>
        </w:tc>
        <w:tc>
          <w:tcPr>
            <w:tcW w:type="dxa" w:w="5112"/>
            <w:tcBorders>
              <w:bottom w:val="single" w:sz="4" w:space="0" w:color="CBD5E0"/>
            </w:tcBorders>
          </w:tcPr>
          <w:p>
            <w:pPr>
              <w:spacing w:before="60" w:after="60"/>
            </w:pPr>
            <w:r>
              <w:rPr>
                <w:i/>
                <w:color w:val="4A5568"/>
                <w:sz w:val="16"/>
              </w:rPr>
              <w:t>Street  •  City  •  State  •  ZIP  •  Dates — last 7 years</w:t>
            </w: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Phone</w:t>
            </w:r>
          </w:p>
        </w:tc>
        <w:tc>
          <w:tcPr>
            <w:tcW w:type="dxa" w:w="5112"/>
            <w:tcBorders>
              <w:bottom w:val="single" w:sz="4" w:space="0" w:color="CBD5E0"/>
            </w:tcBorders>
          </w:tcPr>
          <w:p>
            <w:pPr>
              <w:spacing w:before="60" w:after="60"/>
            </w:pPr>
          </w:p>
        </w:tc>
      </w:tr>
    </w:tbl>
    <w:p>
      <w:pPr>
        <w:spacing w:after="20" w:before="0"/>
      </w:pPr>
    </w:p>
    <w:tbl>
      <w:tblPr>
        <w:tblW w:type="auto" w:w="0"/>
        <w:jc w:val="center"/>
        <w:tblLayout w:type="fixed"/>
        <w:tblLook w:firstColumn="1" w:firstRow="1" w:lastColumn="0" w:lastRow="0" w:noHBand="0" w:noVBand="1" w:val="04A0"/>
      </w:tblPr>
      <w:tblGrid>
        <w:gridCol w:w="3168"/>
        <w:gridCol w:w="7056"/>
      </w:tblGrid>
      <w:tr>
        <w:tc>
          <w:tcPr>
            <w:tcW w:type="dxa" w:w="5112"/>
            <w:tcBorders>
              <w:bottom w:val="single" w:sz="4" w:space="0" w:color="CBD5E0"/>
            </w:tcBorders>
          </w:tcPr>
          <w:p>
            <w:pPr>
              <w:spacing w:before="60" w:after="60"/>
            </w:pPr>
            <w:r>
              <w:rPr>
                <w:b/>
                <w:color w:val="0F2A44"/>
                <w:sz w:val="18"/>
              </w:rPr>
              <w:t>Email</w:t>
            </w:r>
          </w:p>
        </w:tc>
        <w:tc>
          <w:tcPr>
            <w:tcW w:type="dxa" w:w="5112"/>
            <w:tcBorders>
              <w:bottom w:val="single" w:sz="4" w:space="0" w:color="CBD5E0"/>
            </w:tcBorders>
          </w:tcPr>
          <w:p>
            <w:pPr>
              <w:spacing w:before="60" w:after="60"/>
            </w:pPr>
          </w:p>
        </w:tc>
      </w:tr>
    </w:tbl>
    <w:p>
      <w:pPr>
        <w:spacing w:after="20" w:before="0"/>
      </w:pPr>
    </w:p>
    <w:p>
      <w:pPr>
        <w:spacing w:before="40"/>
      </w:pPr>
      <w:r>
        <w:rPr>
          <w:b/>
          <w:color w:val="0F2A44"/>
          <w:sz w:val="17"/>
        </w:rPr>
        <w:t xml:space="preserve">Privacy note: </w:t>
      </w:r>
      <w:r>
        <w:rPr>
          <w:color w:val="4A5568"/>
          <w:sz w:val="17"/>
        </w:rPr>
        <w:t>Provide your Social Security number and date of birth only on this signed form or through a secure method SwyftBite directs you to use. Do not send them by regular email or text.</w:t>
      </w:r>
    </w:p>
    <w:p>
      <w:pPr>
        <w:keepNext/>
        <w:spacing w:before="200" w:after="60"/>
        <w:pBdr>
          <w:bottom w:val="single" w:sz="6" w:space="4" w:color="E85D04"/>
        </w:pBdr>
      </w:pPr>
      <w:r>
        <w:rPr>
          <w:rFonts w:ascii="Calibri" w:hAnsi="Calibri"/>
          <w:b/>
          <w:color w:val="0F2A44"/>
          <w:sz w:val="20"/>
        </w:rPr>
        <w:t>4  —  SIGNATURE</w:t>
      </w:r>
    </w:p>
    <w:p>
      <w:pPr>
        <w:spacing w:after="120"/>
      </w:pPr>
      <w:r>
        <w:t>By signing below, I confirm that I have read and understand the disclosure above and that I authorize SwyftBite to obtain the reports described.</w:t>
      </w:r>
    </w:p>
    <w:tbl>
      <w:tblPr>
        <w:tblW w:type="auto" w:w="0"/>
        <w:jc w:val="center"/>
        <w:tblLayout w:type="fixed"/>
        <w:tblLook w:firstColumn="1" w:firstRow="1" w:lastColumn="0" w:lastRow="0" w:noHBand="0" w:noVBand="1" w:val="04A0"/>
      </w:tblPr>
      <w:tblGrid>
        <w:gridCol w:w="2880"/>
        <w:gridCol w:w="7344"/>
      </w:tblGrid>
      <w:tr>
        <w:tc>
          <w:tcPr>
            <w:tcW w:type="dxa" w:w="5112"/>
            <w:tcBorders>
              <w:bottom w:val="single" w:sz="4" w:space="0" w:color="CBD5E0"/>
            </w:tcBorders>
          </w:tcPr>
          <w:p>
            <w:pPr>
              <w:spacing w:before="60" w:after="60"/>
            </w:pPr>
            <w:r>
              <w:rPr>
                <w:b/>
                <w:color w:val="0F2A44"/>
                <w:sz w:val="18"/>
              </w:rPr>
              <w:t>Driver signature</w:t>
            </w:r>
          </w:p>
        </w:tc>
        <w:tc>
          <w:tcPr>
            <w:tcW w:type="dxa" w:w="5112"/>
            <w:tcBorders>
              <w:bottom w:val="single" w:sz="4" w:space="0" w:color="CBD5E0"/>
            </w:tcBorders>
          </w:tcPr>
          <w:p>
            <w:pPr>
              <w:spacing w:before="60" w:after="60"/>
            </w:pPr>
          </w:p>
        </w:tc>
      </w:tr>
    </w:tbl>
    <w:p>
      <w:pPr>
        <w:spacing w:after="20" w:before="0"/>
      </w:pPr>
    </w:p>
    <w:tbl>
      <w:tblPr>
        <w:tblW w:type="auto" w:w="0"/>
        <w:jc w:val="center"/>
        <w:tblLayout w:type="fixed"/>
        <w:tblLook w:firstColumn="1" w:firstRow="1" w:lastColumn="0" w:lastRow="0" w:noHBand="0" w:noVBand="1" w:val="04A0"/>
      </w:tblPr>
      <w:tblGrid>
        <w:gridCol w:w="2880"/>
        <w:gridCol w:w="7344"/>
      </w:tblGrid>
      <w:tr>
        <w:tc>
          <w:tcPr>
            <w:tcW w:type="dxa" w:w="5112"/>
            <w:tcBorders>
              <w:bottom w:val="single" w:sz="4" w:space="0" w:color="CBD5E0"/>
            </w:tcBorders>
          </w:tcPr>
          <w:p>
            <w:pPr>
              <w:spacing w:before="60" w:after="60"/>
            </w:pPr>
            <w:r>
              <w:rPr>
                <w:b/>
                <w:color w:val="0F2A44"/>
                <w:sz w:val="18"/>
              </w:rPr>
              <w:t>Printed name</w:t>
            </w:r>
          </w:p>
        </w:tc>
        <w:tc>
          <w:tcPr>
            <w:tcW w:type="dxa" w:w="5112"/>
            <w:tcBorders>
              <w:bottom w:val="single" w:sz="4" w:space="0" w:color="CBD5E0"/>
            </w:tcBorders>
          </w:tcPr>
          <w:p>
            <w:pPr>
              <w:spacing w:before="60" w:after="60"/>
            </w:pPr>
          </w:p>
        </w:tc>
      </w:tr>
    </w:tbl>
    <w:p>
      <w:pPr>
        <w:spacing w:after="20" w:before="0"/>
      </w:pPr>
    </w:p>
    <w:tbl>
      <w:tblPr>
        <w:tblW w:type="auto" w:w="0"/>
        <w:jc w:val="center"/>
        <w:tblLayout w:type="fixed"/>
        <w:tblLook w:firstColumn="1" w:firstRow="1" w:lastColumn="0" w:lastRow="0" w:noHBand="0" w:noVBand="1" w:val="04A0"/>
      </w:tblPr>
      <w:tblGrid>
        <w:gridCol w:w="2880"/>
        <w:gridCol w:w="7344"/>
      </w:tblGrid>
      <w:tr>
        <w:tc>
          <w:tcPr>
            <w:tcW w:type="dxa" w:w="5112"/>
            <w:tcBorders>
              <w:bottom w:val="single" w:sz="4" w:space="0" w:color="CBD5E0"/>
            </w:tcBorders>
          </w:tcPr>
          <w:p>
            <w:pPr>
              <w:spacing w:before="60" w:after="60"/>
            </w:pPr>
            <w:r>
              <w:rPr>
                <w:b/>
                <w:color w:val="0F2A44"/>
                <w:sz w:val="18"/>
              </w:rPr>
              <w:t>Date</w:t>
            </w:r>
          </w:p>
        </w:tc>
        <w:tc>
          <w:tcPr>
            <w:tcW w:type="dxa" w:w="5112"/>
            <w:tcBorders>
              <w:bottom w:val="single" w:sz="4" w:space="0" w:color="CBD5E0"/>
            </w:tcBorders>
          </w:tcPr>
          <w:p>
            <w:pPr>
              <w:spacing w:before="60" w:after="60"/>
            </w:pPr>
          </w:p>
        </w:tc>
      </w:tr>
    </w:tbl>
    <w:p>
      <w:pPr>
        <w:spacing w:after="20" w:before="0"/>
      </w:pPr>
    </w:p>
    <w:sectPr w:rsidR="00FC693F" w:rsidRPr="0006063C" w:rsidSect="00034616">
      <w:footerReference w:type="default" r:id="rId9"/>
      <w:pgSz w:w="12240" w:h="15840"/>
      <w:pgMar w:top="720" w:right="1008" w:bottom="720"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Bdr>
        <w:bottom w:val="single" w:sz="6" w:space="4" w:color="E85D04"/>
      </w:pBdr>
    </w:pPr>
    <w:r>
      <w:rPr>
        <w:i/>
        <w:color w:val="4A5568"/>
        <w:sz w:val="15"/>
      </w:rPr>
      <w:t>Template — have reviewed by an attorney for FCRA and state-law compliance before first use.   •   SwyftBite  •  celia@swyftbite.com  •  972-464-6300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7" w:lineRule="auto"/>
    </w:pPr>
    <w:rPr>
      <w:rFonts w:ascii="Calibri" w:hAnsi="Calibri"/>
      <w:color w:val="1A1A1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SwyftBite Driver Background Check Disclosure and Authorization</dc:title>
  <dc:subject>FCRA Disclosure and Authorization — Driver Background Check</dc:subject>
  <dc:creator>SwyftBite</dc:creator>
  <cp:keywords/>
  <dc:description>generated by python-docx</dc:description>
  <cp:lastModifiedBy/>
  <cp:revision>1</cp:revision>
  <dcterms:created xsi:type="dcterms:W3CDTF">2013-12-23T23:15:00Z</dcterms:created>
  <dcterms:modified xsi:type="dcterms:W3CDTF">2013-12-23T23:15:00Z</dcterms:modified>
  <cp:category/>
</cp:coreProperties>
</file>